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השוואה: "מדירה לדירה" ו"התיק השחור"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מכין את התלמידים והתלמידות לשאלת השוואה בין שני הסיפורים: מיון פרטים, נקודות דמיון ושוני, ולבסוף תשובת השוואה מלאה. מומלץ לעבוד עם טבלת ההשוואה שבעמוד ההשוואה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הדמות שמביאה רגע של קרבה ב"מדירה לדירה"?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התינוק החולני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הדמות שמביאה רגע של קרבה ב"התיק השחור"?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המורה השכנה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בשני הסיפורים המספר מספר בגוף ראשון.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ב"מדירה לדירה" – גוף ראשון; ב"התיק השחור" – גוף שלישי, דרך עיניו ומחשבותיו של הילד.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בשני הסיפורים מגע פיזי קטן הוא נקודת המפנה.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ב"התיק השחור" הבדידות נובעת מ____ בין האב לבן: שתיקה, עיתונים וטלפון.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ניכור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שונים הסיומים?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ב"מדירה לדירה" הגיבור בוחר בקשר ומקשיב; ב"התיק השחור" הילד מתאפק ורץ הביתה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הסמל המרכזי בכל סיפור, לפי טבלת ההשוואה?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האסקופה (הסף) /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פרט לסיפור שאליו הוא שייך.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לדירה: גיבור מבוגר, חולה ובלי שם، מספר בגוף ראשון، האסקופה (הסף)، בריחה אל השקט | התיק השחור: ילד שמרגיש שקוף מול אביו، גוף שלישי דרך עיני הילד، תיק גדוש וסגור، עיתונים וטלפון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הרגע בסיפור לבין המשמעות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2–א, 3–ד, 4–ג,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תשובת ההשוואה (1–4).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ב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דווקא דמות שולית, שאינה "אמורה" לדאוג לגיבור, מביאה את הקרבה? מה זה מדגיש?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כך מודגש מה שחסר לגיבור: מי שהיה צריך לדאוג (האב, החברה סביב המספר) אינו נותן קרבה, והיא מגיעה ממקום לא צפוי.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נקודת דמיון אחת בין הסיפורים, עם דוגמה מכל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מגע פיזי קטן הוא נקודת המפנה – החיבוק עם התינוק / היד של המורה על העורף; או: גיבור בודד ומנותק בשני הסיפורים.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נקודת שוני אחת בין הסיפורים, עם דוגמה מכל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מקור הבדידות – בריחה פסיבית אל השקט (עגנון) מול ניכור בין אב לבן (קנז); או הסיום – בחירה בקשר מול התאפקות ובריחה.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שאלת ההשוואה: השוו בין "מדירה לדירה" לבין "התיק השחור" – הסבירו כיצד מעוצבת בכל סיפור בדידותו של הגיבור, ומה תפקידה של הדמות המשנית שמביאה רגע של קרבה. התייחסו לנקודה דומה אחת ולנקודה שונה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שמציגה דמיון ושוני; דמיון: גיבור בודד, דמות שולית ומגע קטן כנקודת מפנה (חיבוק / יד על העורף); שוני: מקור הבדידות והסיום (בחירה בקשר מול התאפקות); סיכום. ציטוטים עד 8 מילים. מחוון: טענה, ביסוס משני הסיפורים,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דמיון: גיבור בודד; דמות שולית ומגע קטן. שוני: גוף ראשון/שלישי, מקור הבדידות, הסיום. חשוב: דוגמה מכל סיפור לכל נקודה.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ומקנז – עד 8 מילים,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"השוואה: "מדירה לדירה" ו"התיק השחור"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⚖️ השוואה: "מדירה לדירה" ו"התיק השחור"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הדמות שמביאה רגע של קרבה ב"מדירה לדירה"?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התינוק החולני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הרופא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בעלי הדירה החדשה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הדמות שמביאה רגע של קרבה ב"התיק השחור"?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השליח ארז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 המסעדה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בשני הסיפורים המספר מספר בגוף ראשון.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בשני הסיפורים מגע פיזי קטן הוא נקודת המפנה.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ב"התיק השחור" הבדידות נובעת מ_______________ בין האב לבן: שתיקה, עיתונים וטלפון.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במה שונים הסיומים?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בשני הסיפורים הגיבור בורח מכל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ב"מדירה לדירה" הגיבור בוחר בקשר ומקשיב; ב"התיק השחור" הילד מתאפק ורץ הביתה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ב"התיק השחור" הילד מחבק את אביו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ב"מדירה לדירה" המספר נשאר בדירה השקטה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מהו הסמל המרכזי בכל סיפור, לפי טבלת ההשוואה?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האסקופה (הסף) /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השלג /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הסוסה / החומוס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עץ התפוח / הטלפון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כל פרט לסיפור שאליו הוא שייך.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עיתונים וטלפון   ·   מספר בגוף ראשון   ·   גיבור מבוגר, חולה ובלי שם   ·   גוף שלישי דרך עיני הילד   ·   האסקופה (הסף)   ·   ילד שמרגיש שקוף מול אביו   ·   בריחה אל השקט   ·   תיק גדוש וסגור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מדירה לדירה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התיק השחור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הרגע בסיפור לבין המשמעות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מחבק את 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חסד רגעי מאדם כמעט 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מניחה יד על עורפו של הילד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חם שהילד עוד אינו יודע להחזיק בו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האסקופה הריקה בדירה השקטה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בוחר בתיק ולא בבן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לוקח את התיק ויוצא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שמתגלה כריקנות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מתאפק ורץ הביתה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בחיים ובקשר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שלבי תשובת ההשוואה (1–4).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סיכום: מה ההשוואה מלמדת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שוני ודוגמה מכל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פתיחה: מה משותף ומה מבדיל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דמיון ודוגמה מכל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מדוע דווקא דמות שולית, שאינה "אמורה" לדאוג לגיבור, מביאה את הקרבה? מה זה מדגיש?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נקודת דמיון אחת בין הסיפורים, עם דוגמה מכל 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נקודת שוני אחת בין הסיפורים, עם דוגמה מכל 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ענו על שאלת ההשוואה: השוו בין "מדירה לדירה" לבין "התיק השחור" – הסבירו כיצד מעוצבת בכל סיפור בדידותו של הגיבור, ומה תפקידה של הדמות המשנית שמביאה רגע של קרבה. התייחסו לנקודה דומה אחת ולנקודה שונה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נקודת דמיון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נקודת שוני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"בשאלת השוואה חשוב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השוואה: "מדירה לדירה" ו"התיק השחור"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