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35 – "בית בובות": תרגול תשובה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"בית בובות".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השאלה מבקשת מכם לעשות?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להכריע אם הסיום סגור או פתוח, לנמק בעזרת התפתחות נורה ושני רגעים, ולהסביר את משמעות הסיום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רגעים מן המחזה צריך להביא לפחות?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שני רגעים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בדרמה מחפשים ראיות בדברי המספר.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בדרמה אין מספר: הראיות הן הדיאלוג והוראות הבמה.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כתיבת התשובה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ג → ב → ד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הראיה מהיצירה לבין 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3–ד,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משלכם, שעונה בדיוק על השאלה.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"בית בובות" סגור ופתוח בעת ובעונה אחת: הקונפליקט בין נורה להלמר מוכרע – היא יוצאת ומפסיקה להיות "בובה" – אבל עתידה, ועתיד המשפחה, נשארים לא ידועים. הכפילות הזאת היא בדיוק משמעות הסיום.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שאלה 35: האם סיום המחזה "בית בובות" הוא סיום סגור או פתוח? נמקו בעזרת התפתחות דמותה של נורה ובעזרת שני רגעים מן המחזה, והסבירו מה משמעות הסיום.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הגדרה של סיום סגור/פתוח; הכרעה מנומקת (למשל: גם וגם). ביסוס: נורה בתחילה, המכתב ותגובת טורוואלד, השיחה האחרונה, טריקת הדלת. הסבר: הקונפליקט מוכרע, העתיד פתוח. משמעות: עצמיות חדשה, הדיון עובר לקהל.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סגור: נורה הכריעה ועזבה. פתוח: לא ידוע לאן תלך ומה יהיה עם המשפחה.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מן המחזה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35 – "בית בובות":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🪆 שאלה 35 – "בית בובות":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השאלה מבקשת מכם לעשות?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להכריע אם הסיום סגור או פתוח, לנמק בעזרת התפתחות נורה ושני רגעים, ולהסביר את משמעות הסיום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לספר מה קרה לנורה אחרי שעזבה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לכתוב אם נורה צדקה או טעתה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כמה רגעים מן המחזה צריך להביא לפחות?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רגע אחד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שני רגעים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חמישה רגעים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בדרמה מחפשים ראיות בדברי המספר.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מספרו את שלבי כתיבת התשובה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הגדירו במשפט: מהו סיום סגור ומהו פתוח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תארו את נקודת המפנה (המכתב ותגובת הלמר)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תארו את נורה בתחילה (רגע אחד)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נתחו את השיחה האחרונה ואת טריקת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הכריעו ונמקו: מה משמעות הסיום?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הראיה מהיצירה לבין 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כינויי החיבה במערכה הראשונה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סגירה חדה – אבל העתיד נשאר לא ידוע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תגובת טורוואלד למכתב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נורה בתחילה – "בובה" שמשחקת תפקיד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השיחה האחרונה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רגע ההתפכחות: הנס שחיכתה לו אינו קורה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טריקת הדלת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נורה קובעת שקודם כול עליה להיות אדם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משפט טענה משלכם, שעונה בדיוק על השאלה.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ענו על שאלה 35: האם סיום המחזה "בית בובות" הוא סיום סגור או פתוח? נמקו בעזרת התפתחות דמותה של נורה ובעזרת שני רגעים מן המחזה, והסבירו מה משמעות הסיום.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במשפט: במה הסיום סגור, ובמה הוא פתוח?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35 – "בית בובות": תרגול תשובה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