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שאלה 35 – "בית בובות": תרגול תשובה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מלמד לענות על השאלה בנוסח בגרות צעד אחר צעד: פירוק השאלה, תכנון, טענה–ביסוס–הסבר–סיכום, ובדיקת תשובה חלשה לפי המחוון. מומלץ לעבוד עם עמוד השאלה באתר ועם עמוד היצירה "בית בובות".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צריך לעשות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להכריע אם הסיום סגור או פתוח, לנמק בעזרת התפתחות נורה ושני רגעים, ולהסביר את משמעות הסיום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רגעים מן המחזה צריך להביא לפחות?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שני רגעים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בדרמה מחפשים ראיות בדברי המספר.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בדרמה אין מספר: הראיות הן הדיאלוג והוראות הבמה.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לנמק משני הכיוונים: במה הסיום סגור ובמה הוא פתוח.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המחוון, החלק ששווה הכי הרבה נקודות הוא ה____ – דוגמאות מדויקות מהיצירה (8 נקודות).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הוא משפט הטענה הטוב ביותר לתשובה?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סיום "בית בובות" סגור ופתוח בעת ובעונה אחת: הקונפליקט מוכרע, אבל עתידה של נורה אינו ידוע.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הוראת במה חותמת את המחזה?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נשמע קול של דלת נטרקת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השלבים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ד → ג → ה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דוגמה למה שהיא מוכיחה.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2–א, 3–ב,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אחד: מה אתם רוצים להוכיח?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 "בית בובות" סגור ופתוח בעת ובעונה אחת: הקונפליקט בין נורה להלמר מוכרע – היא יוצאת ומפסיקה להיות "בובה" – אבל עתידה, ועתיד המשפחה, נשארים לא ידועים. הכפילות הזאת היא בדיוק משמעות הסיום.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תשובה: בסוף נורה עוזבת. האם אנחנו יודעים מה יקרה? תנו שתי דוגמאות מהמחזה והסבירו.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הגדרה של סיום סגור/פתוח; הכרעה מנומקת (למשל: גם וגם). ביסוס: נורה בתחילה, המכתב ותגובת טורוואלד, השיחה האחרונה, טריקת הדלת. הסבר: הקונפליקט מוכרע, העתיד פתוח. משמעות: עצמיות חדשה, הדיון עובר לקהל. המחוון (25 נק׳): טענה 5, ביסוס 8, הסבר 7, מושגים 3, מבנה ולשון 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סגור: נורה הכריעה ועזבה. פתוח: לא ידוע לאן תלך ומה יהיה עם המשפחה.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מן המחזה בתרגום שבאתר – לוודא מול התרגום שבמקראה.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"שאלה 35 – "בית בובות": תרגול תשובה"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🪆 שאלה 35 – "בית בובות": תרגול תשובה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הראשי שאתם רוצים להוכיח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claim, thesis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הוכחות מהיצירה לטענה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evidence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קישור בין ההוכחה לטענה: למה היא מוכיחה אותה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explanation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סוגר שחוזר לטענה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conclusion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מחוון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רשימת הדברים שבודקים בתשובה, עם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rubric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הוראה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הפועל בשאלה שאומר מה לעשות (הסבירו, הראו)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task word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ציטוט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מדויקות מהיצירה, במירכאות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quotation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הוראות במה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הסברים במחזה: מה עושים ומה שומעים על הבמה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stage directions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 פתוח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סוף שבו לא יודעים מה יקרה אחר כך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open ending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מפרקים את השאלה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השאלה. סמנו תשובה אחת.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ביסוס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צריך לעשות בתשובה?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להכריע אם הסיום סגור או פתוח, לנמק בעזרת התפתחות נורה ושני רגעים, ולהסביר את משמעות הסיום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לספר מה קרה לנורה אחרי שעזבה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לכתוב אם נורה צדקה או טעתה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לתאר את דוקטור רנק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כמה רגעים מן המחזה צריך להביא לפחות?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רגע אחד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שני רגעים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חמישה רגעים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אין צורך ברגעים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בדרמה מחפשים ראיות בדברי המספר.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כדאי לנמק משני הכיוונים: במה הסיום סגור ובמה הוא פתוח.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לפי המחוון, החלק ששווה הכי הרבה נקודות הוא ה_______________ – דוגמאות מדויקות מהיצירה (8 נקודות).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איזה משפט הוא משפט הטענה הטוב ביותר לתשובה?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נורה עוזבת את הבית בסוף המחזה.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סיום "בית בובות" סגור ופתוח בעת ובעונה אחת: הקונפליקט מוכרע, אבל עתידה של נורה אינו ידוע.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נורה היא אישה רעה כי עזבה את ילדיה.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המחזה נכתב לפני שנים רבות.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איזו הוראת במה חותמת את המחזה?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מוזיקה שמחה מתנגנת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נשמע קול של דלת נטרקת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האורות נדלקים והמשפחה רוקדת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טורוואלד פותח את תיבת הדואר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 את התשובה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חברו בקו,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מספרו את השלבים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הגדירו במשפט: מהו סיום סגור ומהו פתוח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הכריעו ונמקו: מה משמעות הסיום?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תארו את נקודת המפנה (המכתב ותגובת הלמר)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תארו את נורה בתחילה (רגע אחד)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נתחו את השיחה האחרונה ואת טריקת הדלת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חברו כל דוגמה למה שהיא מוכיחה.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כינויי החיבה במערכה הראשונה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ההתפכחות: הנס שחיכתה לו אינו קורה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תגובת טורוואלד למכתב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נורה קובעת שקודם כול עליה להיות אדם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השיחה האחרונה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סגירה חדה – אבל העתיד נשאר לא ידוע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טריקת הדלת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נורה בתחילה – "בובה" שמשחקת תפקיד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בפתיחי משפטים: "הדבר מראה ש...", "לכן...".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כתבו משפט אחד: מה אתם רוצים להוכיח?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תשובה: בסוף נורה עוזבת. האם אנחנו יודעים מה יקרה? תנו שתי דוגמאות מהמחזה והסבירו.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מהם ארבעת חלקי התשובה,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במשפט: במה הסיום סגור, ובמה הוא פתוח?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"בפעם הבאה שאענה על שאלה כזאת, אקפיד ל..."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35 – "בית בובות": תרגול תשובה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