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36 – "מאחורי הגדר": תרגול כתיבת המלצה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"מאחורי הגדר".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לכתוב המלצה מנומקת לחברים לכיתה, עם שני היבטים מן הנובלה ומדוע הם מדברים גם אל קוראים היום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בכמה היבטים של הנובלה צריך לעסוק?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בהמלצה מספיק לכתוב "מומלץ, היה מעניין".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המלצה טובה בנויה מנימוקים מן היצירה, עם דוגמה והסבר לכל נימוק.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ד → ג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3–ד,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לקרוא את "מאחורי הגדר" כי זו נובלה על חברות ואהבה שצומחות דווקא במקום שבו המבוגרים בנו חומה – ועל המחיר הכואב של ויתור על הלב לטובת המוסכמות.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36: כתבו המלצה מנומקת לחבריכם לכיתה לקרוא את הנובלה "מאחורי הגדר". התייחסו לשני היבטים ביצירה והסבירו מדוע הם מדברים גם אל קוראים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מושכת וטענת המלצה; נימוק 1 + דוגמה + הסבר; נימוק 2 + דוגמה + הסבר; קשר להיום; סיום עם קריאה לפעולה. לא לספר את כל העלילה.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נימוק: הגדר כסמל / החברות / ילדות מול בגרות – עם דוגמה (הנקב, הסדק, החתונה).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השאלה נח מתואר "ממשפחה של סוחרי עצים" ושם הגיבורה מאוית "מרינקה"; בעמוד היצירה – "מארינקא". לוודא את האיות לפי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36 – "מאחורי הגדר": תרגול כתיבת המלצה"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🪵 שאלה 36 – "מאחורי הגדר": תרגול כתיבת המלצה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לכתוב המלצה מנומקת לחברים לכיתה, עם שני היבטים מן הנובלה ומדוע הם מדברים גם אל קוראים היום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לספר את כל העלילה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לכתוב ביקורת שלילית על הנובלה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בכמה היבטים של הנובלה צריך לעסוק?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באחד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בשניים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בחמישה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בהמלצה מספיק לכתוב "מומלץ, היה מעניין".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סיום: קריאה לפעולה בשורה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פתיחה: למי ההמלצה ומה המשפט המושך שלכם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קשר להיום: איפה אנחנו פוגשים "גדרות"?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נימוק 2 + דוגמה + 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נימוק 1 + דוגמה מהנובלה + 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החברות דרך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המחסום הופך לגשר בין שני ילדים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הגדר כסמל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חומות בין קהילות, מנהגים וחלומות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ילדות מול בגרות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גם היום יש "גדרות" בין קבוצות ובין ציפיות להורים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הקשר להיום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בבגרות נח נכנע לרצון המשפחה ונישא כמקובל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ענו על שאלה 36: כתבו המלצה מנומקת לחבריכם לכיתה לקרוא את הנובלה "מאחורי הגדר". התייחסו לשני היבטים ביצירה והסבירו מדוע הם מדברים גם אל קוראים היום.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נימוק אחד להמלצה, עם דוגמה מהנובלה.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36 – "מאחורי הגדר": תרגול כתיבת המלצה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