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שאלה 36 – "מאחורי הגדר": תרגול כתיבת המלצה (עולים)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התרגול מלמד לענות על השאלה בנוסח בגרות צעד אחר צעד: פירוק השאלה, תכנון, טענה–ביסוס–הסבר–סיכום, ובדיקת תשובה חלשה לפי המחוון. מומלץ לעבוד עם עמוד השאלה באתר ועם עמוד היצירה "מאחורי הגדר".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עולים: גרסת עולים: מילון מילים בראש הדף, הוראות קצרות בעברית פשוטה, מחסן מילים להשלמות. מומלץ לעבוד בזוגות ולאפשר שימוש במילון.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צריך לעשות בתשובה?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לכתוב המלצה מנומקת לחברים לכיתה, עם שני היבטים מן הנובלה ומדוע הם מדברים גם אל קוראים היום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בכמה היבטים של הנובלה צריך לעסוק?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בשניים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בהמלצה מספיק לכתוב "מומלץ, היה מעניין".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המלצה טובה בנויה מנימוקים מן היצירה, עם דוגמה והסבר לכל נימוק.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בהמלצה הזאת חובה להסביר מדוע הנובלה מדברת גם אל קוראים היום.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לפי המחוון, החלק ששווה הכי הרבה נקודות הוא ה____ – דוגמאות מדויקות מהיצירה (8 נקודות).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ביסוס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איזה משפט הוא משפט הטענה הטוב ביותר לתשובה?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כדאי לקרוא את "מאחורי הגדר" כי היא מראה חברות ואהבה שצומחות דווקא מעבר לחומה – ואת המחיר של ויתור על הלב בגלל מוסכמות.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איזה פרט מתאר נכון את סיום הנובלה?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מארינקא, עם תינוק, מציצה דרך סדק בגדר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מספרו את השלבים לפי הסדר.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הסדר הנכון: א → ה → ד → ג → 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חברו כל דוגמה למה שהיא מוכיחה.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1–ב, 2–ד, 3–ג, 4–א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משפט אחד: מה אתם רוצים להוכיח?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כדאי לקרוא את "מאחורי הגדר" כי זו נובלה על חברות ואהבה שצומחות דווקא במקום שבו המבוגרים בנו חומה – ועל המחיר הכואב של ויתור על הלב לטובת המוסכמות.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לחבר או לחברה: למה כדאי לקרוא את הסיפור? תנו שתי סיבות מהסיפור.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פתיחה מושכת וטענת המלצה; נימוק 1 + דוגמה + הסבר; נימוק 2 + דוגמה + הסבר; קשר להיום; סיום עם קריאה לפעולה. לא לספר את כל העלילה. המחוון (25 נק׳): טענה 5, ביסוס 8, הסבר 7, מושגים 3, מבנה ולשון 2.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טענה ← ביסוס ← הסבר ← סיכום. נימוק: הגדר כסמל / החברות / ילדות מול בגרות – עם דוגמה (הנקב, הסדק, החתונה).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לוודא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בעמוד השאלה נח מתואר "ממשפחה של סוחרי עצים" ושם הגיבורה מאוית "מרינקה"; בעמוד היצירה – "מארינקא". לוודא את האיות לפי המקראה.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"שאלה 36 – "מאחורי הגדר": תרגול כתיבת המלצה"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🪵 שאלה 36 – "מאחורי הגדר": תרגול כתיבת המלצה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24"/>
          <w:rtl/>
          <w:szCs w:val="24"/>
          <w:bCs/>
        </w:rPr>
        <w:t>מסלול: 🌍 עולים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📖 מילים שכדאי לדעת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בעברית קלה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English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טענה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המשפט הראשי שאתם רוצים להוכיח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claim, thesis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ביסוס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הוכחות מהיצירה לטענה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evidence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הסבר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קישור בין ההוכחה לטענה: למה היא מוכיחה אותה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explanation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סיכום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משפט סוגר שחוזר לטענה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conclusion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מחוון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רשימת הדברים שבודקים בתשובה, עם נקודות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rubric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מילת הוראה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הפועל בשאלה שאומר מה לעשות (הסבירו, הראו)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task word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ציטוט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מילים מדויקות מהיצירה, במירכאות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quotation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המלצה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טקסט שמסביר למה כדאי לקרוא או לעשות משהו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recommendation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מוסכמות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כללים שהחברה מצפה שכולם ישמרו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social conventions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מפרקים את השאלה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קראו את השאלה. סמנו תשובה אחת.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24"/>
          <w:rtl/>
          <w:szCs w:val="24"/>
          <w:bCs/>
        </w:rPr>
        <w:t>🧺 מחסן מילים:  ביסוס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צריך לעשות בתשובה?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לכתוב המלצה מנומקת לחברים לכיתה, עם שני היבטים מן הנובלה ומדוע הם מדברים גם אל קוראים היום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לספר את כל העלילה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לכתוב ביקורת שלילית על הנובלה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לכתוב מכתב אישי לנח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בכמה היבטים של הנובלה צריך לעסוק?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באחד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בשניים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בחמישה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בכל ההיבטים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בהמלצה מספיק לכתוב "מומלץ, היה מעניין".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בהמלצה הזאת חובה להסביר מדוע הנובלה מדברת גם אל קוראים היום.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לפי המחוון, החלק ששווה הכי הרבה נקודות הוא ה_______________ – דוגמאות מדויקות מהיצירה (8 נקודות).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6. איזה משפט הוא משפט הטענה הטוב ביותר לתשובה?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הנובלה "מאחורי הגדר" נכתבה בידי ביאליק.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כדאי לקרוא את "מאחורי הגדר" כי היא מראה חברות ואהבה שצומחות דווקא מעבר לחומה – ואת המחיר של ויתור על הלב בגלל מוסכמות.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נח ומארינקא הם שכנים.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לא כל אחד יאהב את הנובלה.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7. איזה פרט מתאר נכון את סיום הנובלה?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נח ומארינקא בורחים יחד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מארינקא, עם תינוק, מציצה דרך סדק בגדר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הגדר נהרסת והשכנים משלימים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נח הופך לתלמיד חכם בחדר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מתכננים את התשובה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סדרו, חברו בקו, מיינו.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מספרו את השלבים לפי הסדר.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 בסדר (1, 2, 3…)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פתיחה: למי ההמלצה ומה המשפט המושך שלכם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סיום: קריאה לפעולה בשורה אחת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קשר להיום: איפה אנחנו פוגשים "גדרות"?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נימוק 2 + דוגמה + הסבר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נימוק 1 + דוגמה מהנובלה + הסבר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9. חברו כל דוגמה למה שהיא מוכיחה.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החברות דרך הגדר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גם היום יש "גדרות" בין קבוצות ובין ציפיות להורים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הגדר כסמל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המחסום הופך לגשר בין שני ילדים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ילדות מול בגרות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בבגרות נח נכנע לרצון המשפחה ונישא כמקובל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הקשר להיום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חומות בין קהילות, מנהגים וחלומות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כותבים ובודקים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משפטים מלאים. השתמשו בפתיחי משפטים: "הדבר מראה ש...", "לכן...".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10. כתבו משפט אחד: מה אתם רוצים להוכיח?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11. כתבו לחבר או לחברה: למה כדאי לקרוא את הסיפור? תנו שתי סיבות מהסיפור.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28"/>
          <w:rtl/>
          <w:szCs w:val="28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מהם ארבעת חלקי התשובה, לפי הסדר?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כתבו נימוק אחד להמלצה, עם דוגמה מהנובלה.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השלימו: "בפעם הבאה שאענה על שאלה כזאת, אקפיד ל..."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שאלה 36 – "מאחורי הגדר": תרגול כתיבת המלצה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