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שאלה 36 – "מאחורי הגדר": תרגול כתיבת המלצה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מלמד לענות על השאלה בנוסח בגרות צעד אחר צעד: פירוק השאלה, תכנון, טענה–ביסוס–הסבר–סיכום, ובדיקת תשובה חלשה לפי המחוון. מומלץ לעבוד עם עמוד השאלה באתר ועם עמוד היצירה "מאחורי הגדר".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השאלה מבקשת מכם לעשות?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לכתוב המלצה מנומקת לחברים לכיתה, עם שני היבטים מן הנובלה ומדוע הם מדברים גם אל קוראים היום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בכמה היבטים של הנובלה צריך לעסוק?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בשניים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בהמלצה מספיק לכתוב "מומלץ, היה מעניין".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המלצה טובה בנויה מנימוקים מן היצירה, עם דוגמה והסבר לכל נימוק.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בהמלצה הזאת חובה להסביר מדוע הנובלה מדברת גם אל קוראים היום.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המחוון, החלק ששווה הכי הרבה נקודות הוא ה____ – דוגמאות מדויקות מהיצירה (8 נקודות).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הוא משפט הטענה הטוב ביותר לתשובה?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כדאי לקרוא את "מאחורי הגדר" כי היא מראה חברות ואהבה שצומחות דווקא מעבר לחומה – ואת המחיר של ויתור על הלב בגלל מוסכמות.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פרט מתאר נכון את סיום הנובלה?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מארינקא, עם תינוק, מציצה דרך סדק בגדר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שלבי כתיבת התשובה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ד → א → ב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הראיה מהיצירה לבין מה שהיא מוכיחה.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2–ב, 3–ג,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משפט לתפקיד שלו בתשובה.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כדאי לקרוא את הנובלה, כי היא מראה אהבה שצומחת דווקא מעבר לחומה. | ביסוס: נח ומארינקא נפגשים לראשונה דרך נקב בגדר.، בסוף מארינקא מציצה דרך סדק, ונח נשוי לאחרת. | הסבר: הגדר היא גם קרשים וגם סמל למחסום בין עולמות.، גם היום בני נוער פוגשים "גדרות" בין קבוצות ובין שפות. | סיכום: לכן אני ממליץ/ה בחום: קראו ושאלו אילו גדרות שווה לפרוץ.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טעות נפוצה אחת בכתיבת ההמלצה (למשל: לספר את כל העלילה) והסבירו איך נמנעים ממנה.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טעות נכונה מהרשימה בעמוד השאלה, ודרך מעשית להימנע ממנה.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טענה משלכם, שעונה בדיוק על השאלה.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לקרוא את "מאחורי הגדר" כי זו נובלה על חברות ואהבה שצומחות דווקא במקום שבו המבוגרים בנו חומה – ועל המחיר הכואב של ויתור על הלב לטובת המוסכמות.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לפניכם תשובה חלשה: "מומלץ לקרוא את מאחורי הגדר. יש בה נח ומארינקא והגדר. היה מעניין וגם קצת עצוב. תקראו!" מה חסר בה לפי המחוון? כתבו שני תיקונים.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נימוקים מן היצירה: רק "מעניין" ו"עצוב"; אין שני היבטים עם דוגמה והסבר (הגדר כסמל, החברות, ילדות מול בגרות); אין קשר להיום; אין מבנה של המלצה (פתיחה, שני נימוקים, קשר להיום, סיום).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 על שאלה 36: כתבו המלצה מנומקת לחבריכם לכיתה לקרוא את הנובלה "מאחורי הגדר". התייחסו לשני היבטים ביצירה והסבירו מדוע הם מדברים גם אל קוראים היום.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 מושכת וטענת המלצה; נימוק 1 + דוגמה + הסבר; נימוק 2 + דוגמה + הסבר; קשר להיום; סיום עם קריאה לפעולה. לא לספר את כל העלילה. המחוון (25 נק׳): טענה 5, ביסוס 8, הסבר 7, מושגים 3, מבנה ולשון 2.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נימוק: הגדר כסמל / החברות / ילדות מול בגרות – עם דוגמה (הנקב, הסדק, החתונה).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בעמוד השאלה נח מתואר "ממשפחה של סוחרי עצים" ושם הגיבורה מאוית "מרינקה"; בעמוד היצירה – "מארינקא". לוודא את האיות לפי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"שאלה 36 – "מאחורי הגדר": תרגול כתיבת המלצה"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🪵 שאלה 36 – "מאחורי הגדר": תרגול כתיבת המלצה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מפרקים את השאלה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השאלה בעמוד השאלה באתר וענו: סמנו את התשובה הנכונה או השלימו.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השאלה מבקשת מכם לעשות?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לכתוב המלצה מנומקת לחברים לכיתה, עם שני היבטים מן הנובלה ומדוע הם מדברים גם אל קוראים היום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לספר את כל העלילה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לכתוב ביקורת שלילית על הנובלה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לכתוב מכתב אישי לנח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בכמה היבטים של הנובלה צריך לעסוק?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באחד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בשניים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בחמישה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בכל ההיבטים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בהמלצה מספיק לכתוב "מומלץ, היה מעניין".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בהמלצה הזאת חובה להסביר מדוע הנובלה מדברת גם אל קוראים היום.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לפי המחוון, החלק ששווה הכי הרבה נקודות הוא ה_______________ – דוגמאות מדויקות מהיצירה (8 נקודות).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איזה משפט הוא משפט הטענה הטוב ביותר לתשובה?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הנובלה "מאחורי הגדר" נכתבה בידי ביאליק.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כדאי לקרוא את "מאחורי הגדר" כי היא מראה חברות ואהבה שצומחות דווקא מעבר לחומה – ואת המחיר של ויתור על הלב בגלל מוסכמות.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נח ומארינקא הם שכנים.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לא כל אחד יאהב את הנובלה.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איזה פרט מתאר נכון את סיום הנובלה?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נח ומארינקא בורחים יחד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מארינקא, עם תינוק, מציצה דרך סדק בגדר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הגדר נהרסת והשכנים משלימים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נח הופך לתלמיד חכם בחדר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 את התשובה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התאימו ומיינו כדי לבנות תוכנית לתשובה.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מספרו את שלבי כתיבת התשובה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נימוק 2 + דוגמה + 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קשר להיום: איפה אנחנו פוגשים "גדרות"?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למי ההמלצה ומה המשפט המושך שלכם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נימוק 1 + דוגמה מהנובלה + 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סיום: קריאה לפעולה בשורה אחת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התאימו בין הראיה מהיצירה לבין מה שהיא מוכיחה.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החברות דרך הגדר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המחסום הופך לגשר בין שני ילדים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הגדר כסמל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חומות בין קהילות, מנהגים וחלומות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ילדות מול בגרות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בבגרות נח נכנע לרצון המשפחה ונישא כמקובל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הקשר להיום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היום יש "גדרות" בין קבוצות ובין ציפיות להורים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מיינו כל משפט לתפקיד שלו בתשובה.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בסוף מארינקא מציצה דרך סדק, ונח נשוי לאחרת.   ·   הגדר היא גם קרשים וגם סמל למחסום בין עולמות.   ·   נח ומארינקא נפגשים לראשונה דרך נקב בגדר.   ·   גם היום בני נוער פוגשים "גדרות" בין קבוצות ובין שפות.   ·   כדאי לקרוא את הנובלה, כי היא מראה אהבה שצומחת דווקא מעבר לחומה.   ·   לכן אני ממליץ/ה בחום: קראו ושאלו אילו גדרות שווה לפרוץ.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טענה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ביסוס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סיכום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בחרו טעות נפוצה אחת בכתיבת ההמלצה (למשל: לספר את כל העלילה) והסבירו איך נמנעים ממנה.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בכתב ברור. בתשובה הארוכה: טענה, שתי דוגמאות (ציטוט של עד 8 מילים או תיאור רגע), הסבר לכל דוגמה וסיכום.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משפט טענה משלכם, שעונה בדיוק על השאלה.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לפניכם תשובה חלשה: "מומלץ לקרוא את מאחורי הגדר. יש בה נח ומארינקא והגדר. היה מעניין וגם קצת עצוב. תקראו!" מה חסר בה לפי המחוון? כתבו שני תיקונים.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ענו על שאלה 36: כתבו המלצה מנומקת לחבריכם לכיתה לקרוא את הנובלה "מאחורי הגדר". התייחסו לשני היבטים ביצירה והסבירו מדוע הם מדברים גם אל קוראים היום.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מהם ארבעת חלקי התשובה,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נימוק אחד להמלצה, עם דוגמה מהנובלה.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"בפעם הבאה שאענה על שאלה כזאת, אקפיד ל..."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שאלה 36 – "מאחורי הגדר": תרגול כתיבת המלצה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